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A9C5B" w14:textId="45AE057C" w:rsidR="00C86F4B" w:rsidRDefault="00C86F4B">
      <w:pPr>
        <w:jc w:val="center"/>
      </w:pPr>
    </w:p>
    <w:p w14:paraId="54AD4691" w14:textId="45A06878" w:rsidR="00C86F4B" w:rsidRDefault="00E66673" w:rsidP="00E66673">
      <w:pPr>
        <w:ind w:left="720" w:firstLine="720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3FACB75" wp14:editId="15602E12">
            <wp:simplePos x="0" y="0"/>
            <wp:positionH relativeFrom="column">
              <wp:posOffset>514350</wp:posOffset>
            </wp:positionH>
            <wp:positionV relativeFrom="paragraph">
              <wp:posOffset>1905</wp:posOffset>
            </wp:positionV>
            <wp:extent cx="711200" cy="586081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 AMEEN LOGO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5860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b/>
        </w:rPr>
        <w:t>AL-AMEEN MATRICULATION HIGHER SECONDARY SCHOOL</w:t>
      </w:r>
      <w:r w:rsidR="00000000">
        <w:rPr>
          <w:b/>
        </w:rPr>
        <w:br/>
      </w:r>
      <w:r>
        <w:rPr>
          <w:b/>
        </w:rPr>
        <w:t>KUMBAKONAM</w:t>
      </w:r>
      <w:r w:rsidR="00000000">
        <w:rPr>
          <w:b/>
        </w:rPr>
        <w:br/>
        <w:t>STUDENT ADMISSION APPLICATION FORM</w:t>
      </w:r>
    </w:p>
    <w:p w14:paraId="3B7CDC68" w14:textId="4DBEC203" w:rsidR="00E66673" w:rsidRDefault="00E66673" w:rsidP="00E66673">
      <w:pPr>
        <w:ind w:left="720" w:firstLine="720"/>
        <w:jc w:val="right"/>
      </w:pPr>
      <w:proofErr w:type="gramStart"/>
      <w:r>
        <w:rPr>
          <w:b/>
        </w:rPr>
        <w:t>DATE:_</w:t>
      </w:r>
      <w:proofErr w:type="gramEnd"/>
      <w:r>
        <w:rPr>
          <w:b/>
        </w:rPr>
        <w:t>________________</w:t>
      </w:r>
    </w:p>
    <w:p w14:paraId="16791E04" w14:textId="77777777" w:rsidR="00C86F4B" w:rsidRDefault="00000000">
      <w:pPr>
        <w:pStyle w:val="Heading2"/>
      </w:pPr>
      <w:r>
        <w:t>1. STUDENT INFORMATION</w:t>
      </w:r>
    </w:p>
    <w:p w14:paraId="3F81442A" w14:textId="77777777" w:rsidR="00C86F4B" w:rsidRDefault="00000000">
      <w:r>
        <w:t>Full Name: __________________________</w:t>
      </w:r>
    </w:p>
    <w:p w14:paraId="5D20C863" w14:textId="77777777" w:rsidR="00C86F4B" w:rsidRDefault="00000000">
      <w:r>
        <w:t>Date of Birth: ____ / ____ / _______</w:t>
      </w:r>
    </w:p>
    <w:p w14:paraId="4DB46298" w14:textId="77777777" w:rsidR="00C86F4B" w:rsidRDefault="00000000">
      <w:r>
        <w:t>Gender: ☐ Male ☐ Female ☐ Other</w:t>
      </w:r>
    </w:p>
    <w:p w14:paraId="1C3738E3" w14:textId="77777777" w:rsidR="00C86F4B" w:rsidRDefault="00000000">
      <w:r>
        <w:t>Nationality: __________________________</w:t>
      </w:r>
    </w:p>
    <w:p w14:paraId="0D8E23E0" w14:textId="77777777" w:rsidR="00C86F4B" w:rsidRDefault="00000000">
      <w:r>
        <w:t>Class for Admission: __________________________</w:t>
      </w:r>
    </w:p>
    <w:p w14:paraId="2102FFD3" w14:textId="77777777" w:rsidR="00C86F4B" w:rsidRDefault="00000000">
      <w:r>
        <w:t>Academic Year: __________________________</w:t>
      </w:r>
    </w:p>
    <w:p w14:paraId="0B1D0504" w14:textId="77777777" w:rsidR="00C86F4B" w:rsidRDefault="00000000">
      <w:pPr>
        <w:pStyle w:val="Heading2"/>
      </w:pPr>
      <w:r>
        <w:t>2. CONTACT INFORMATION</w:t>
      </w:r>
    </w:p>
    <w:p w14:paraId="7356293D" w14:textId="77777777" w:rsidR="00C86F4B" w:rsidRDefault="00000000">
      <w:r>
        <w:t>Residential Address:</w:t>
      </w:r>
      <w:r>
        <w:br/>
        <w:t>_________________________________________</w:t>
      </w:r>
      <w:r>
        <w:br/>
        <w:t>_________________________________________</w:t>
      </w:r>
    </w:p>
    <w:p w14:paraId="4B79119B" w14:textId="77777777" w:rsidR="00C86F4B" w:rsidRDefault="00000000">
      <w:r>
        <w:t>City: __________________________</w:t>
      </w:r>
    </w:p>
    <w:p w14:paraId="7EA5384D" w14:textId="77777777" w:rsidR="00C86F4B" w:rsidRDefault="00000000">
      <w:r>
        <w:t>State/Province: __________________________</w:t>
      </w:r>
    </w:p>
    <w:p w14:paraId="236DEFBD" w14:textId="77777777" w:rsidR="00C86F4B" w:rsidRDefault="00000000">
      <w:r>
        <w:t>Postal Code: __________________________</w:t>
      </w:r>
    </w:p>
    <w:p w14:paraId="4B92F29C" w14:textId="77777777" w:rsidR="00C86F4B" w:rsidRDefault="00000000">
      <w:r>
        <w:t>Phone Number: __________________________</w:t>
      </w:r>
    </w:p>
    <w:p w14:paraId="5F72396A" w14:textId="77777777" w:rsidR="00C86F4B" w:rsidRDefault="00000000">
      <w:r>
        <w:t>Email Address (Parent/Guardian): __________________________</w:t>
      </w:r>
    </w:p>
    <w:p w14:paraId="3C11832E" w14:textId="77777777" w:rsidR="00C86F4B" w:rsidRDefault="00000000">
      <w:pPr>
        <w:pStyle w:val="Heading2"/>
      </w:pPr>
      <w:r>
        <w:t>3. PARENT/GUARDIAN DETAILS</w:t>
      </w:r>
    </w:p>
    <w:p w14:paraId="06E2563A" w14:textId="77777777" w:rsidR="00C86F4B" w:rsidRDefault="00000000">
      <w:r>
        <w:t>Father’s Name: __________________________</w:t>
      </w:r>
    </w:p>
    <w:p w14:paraId="3412B2BB" w14:textId="77777777" w:rsidR="00C86F4B" w:rsidRDefault="00000000">
      <w:r>
        <w:t>Occupation: __________________________</w:t>
      </w:r>
    </w:p>
    <w:p w14:paraId="4C5F8A99" w14:textId="77777777" w:rsidR="00C86F4B" w:rsidRDefault="00000000">
      <w:r>
        <w:t>Phone Number: __________________________</w:t>
      </w:r>
    </w:p>
    <w:p w14:paraId="0854E12F" w14:textId="77777777" w:rsidR="00C86F4B" w:rsidRDefault="00000000">
      <w:r>
        <w:t>Mother’s Name: __________________________</w:t>
      </w:r>
    </w:p>
    <w:p w14:paraId="3B4F7422" w14:textId="77777777" w:rsidR="00C86F4B" w:rsidRDefault="00000000">
      <w:r>
        <w:t>Occupation: __________________________</w:t>
      </w:r>
    </w:p>
    <w:p w14:paraId="72270EB2" w14:textId="77777777" w:rsidR="00C86F4B" w:rsidRDefault="00000000">
      <w:r>
        <w:t>Phone Number: __________________________</w:t>
      </w:r>
    </w:p>
    <w:p w14:paraId="5F6BB467" w14:textId="77777777" w:rsidR="00C86F4B" w:rsidRDefault="00000000">
      <w:r>
        <w:lastRenderedPageBreak/>
        <w:t>Guardian (if applicable): __________________________</w:t>
      </w:r>
    </w:p>
    <w:p w14:paraId="41F4C96E" w14:textId="77777777" w:rsidR="00C86F4B" w:rsidRDefault="00000000">
      <w:r>
        <w:t>Relationship to Student: __________________________</w:t>
      </w:r>
    </w:p>
    <w:p w14:paraId="66E05E05" w14:textId="77777777" w:rsidR="00C86F4B" w:rsidRDefault="00000000">
      <w:pPr>
        <w:pStyle w:val="Heading2"/>
      </w:pPr>
      <w:r>
        <w:t>4. PREVIOUS SCHOOL INFORMATION</w:t>
      </w:r>
    </w:p>
    <w:p w14:paraId="4883D695" w14:textId="77777777" w:rsidR="00C86F4B" w:rsidRDefault="00000000">
      <w:r>
        <w:t>Name of Previous School: __________________________</w:t>
      </w:r>
    </w:p>
    <w:p w14:paraId="04CBFA22" w14:textId="77777777" w:rsidR="00C86F4B" w:rsidRDefault="00000000">
      <w:r>
        <w:t>Class Last Attended: __________________________</w:t>
      </w:r>
    </w:p>
    <w:p w14:paraId="2047A253" w14:textId="77777777" w:rsidR="00C86F4B" w:rsidRDefault="00000000">
      <w:r>
        <w:t>Medium of Instruction: __________________________</w:t>
      </w:r>
    </w:p>
    <w:p w14:paraId="772B17ED" w14:textId="77777777" w:rsidR="00C86F4B" w:rsidRDefault="00000000">
      <w:r>
        <w:t>Reason for Transfer: __________________________</w:t>
      </w:r>
    </w:p>
    <w:p w14:paraId="4B41CDC4" w14:textId="77777777" w:rsidR="00C86F4B" w:rsidRDefault="00000000">
      <w:pPr>
        <w:pStyle w:val="Heading2"/>
      </w:pPr>
      <w:r>
        <w:t>5. DOCUMENTS TO BE ATTACHED</w:t>
      </w:r>
    </w:p>
    <w:p w14:paraId="367FBCFC" w14:textId="77777777" w:rsidR="00C86F4B" w:rsidRDefault="00000000">
      <w:r>
        <w:t>☐ Passport-size photo of the student</w:t>
      </w:r>
    </w:p>
    <w:p w14:paraId="5D81CEC9" w14:textId="77777777" w:rsidR="00C86F4B" w:rsidRDefault="00000000">
      <w:r>
        <w:t>☐ Birth Certificate</w:t>
      </w:r>
    </w:p>
    <w:p w14:paraId="57E6DA8C" w14:textId="77777777" w:rsidR="00C86F4B" w:rsidRDefault="00000000">
      <w:r>
        <w:t>☐ Previous School Report Card</w:t>
      </w:r>
    </w:p>
    <w:p w14:paraId="4E5B0B6B" w14:textId="77777777" w:rsidR="00C86F4B" w:rsidRDefault="00000000">
      <w:r>
        <w:t>☐ Transfer Certificate</w:t>
      </w:r>
    </w:p>
    <w:p w14:paraId="15D1EA8E" w14:textId="77777777" w:rsidR="00C86F4B" w:rsidRDefault="00000000">
      <w:r>
        <w:t>☐ Address Proof</w:t>
      </w:r>
    </w:p>
    <w:p w14:paraId="31200588" w14:textId="77777777" w:rsidR="00C86F4B" w:rsidRDefault="00000000">
      <w:pPr>
        <w:pStyle w:val="Heading2"/>
      </w:pPr>
      <w:r>
        <w:t>6. DECLARATION</w:t>
      </w:r>
    </w:p>
    <w:p w14:paraId="3480F1DF" w14:textId="77777777" w:rsidR="00C86F4B" w:rsidRDefault="00000000">
      <w:r>
        <w:t>I hereby declare that the information provided is true and correct to the best of my knowledge.</w:t>
      </w:r>
    </w:p>
    <w:p w14:paraId="51CBCC15" w14:textId="77777777" w:rsidR="00C86F4B" w:rsidRDefault="00000000">
      <w:r>
        <w:t>I understand that any false information may lead to cancellation of admission.</w:t>
      </w:r>
      <w:r>
        <w:br/>
      </w:r>
    </w:p>
    <w:p w14:paraId="126113D4" w14:textId="77777777" w:rsidR="00C86F4B" w:rsidRDefault="00000000">
      <w:r>
        <w:t>Signature of Parent/Guardian: __________________________</w:t>
      </w:r>
    </w:p>
    <w:p w14:paraId="31426975" w14:textId="77777777" w:rsidR="00C86F4B" w:rsidRDefault="00000000">
      <w:r>
        <w:t>Date: ____ / ____ / _______</w:t>
      </w:r>
    </w:p>
    <w:sectPr w:rsidR="00C86F4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96122782">
    <w:abstractNumId w:val="8"/>
  </w:num>
  <w:num w:numId="2" w16cid:durableId="908810520">
    <w:abstractNumId w:val="6"/>
  </w:num>
  <w:num w:numId="3" w16cid:durableId="1256749335">
    <w:abstractNumId w:val="5"/>
  </w:num>
  <w:num w:numId="4" w16cid:durableId="2007006673">
    <w:abstractNumId w:val="4"/>
  </w:num>
  <w:num w:numId="5" w16cid:durableId="829760308">
    <w:abstractNumId w:val="7"/>
  </w:num>
  <w:num w:numId="6" w16cid:durableId="1406998219">
    <w:abstractNumId w:val="3"/>
  </w:num>
  <w:num w:numId="7" w16cid:durableId="370082430">
    <w:abstractNumId w:val="2"/>
  </w:num>
  <w:num w:numId="8" w16cid:durableId="1225215994">
    <w:abstractNumId w:val="1"/>
  </w:num>
  <w:num w:numId="9" w16cid:durableId="690881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E2804"/>
    <w:rsid w:val="00AA1D8D"/>
    <w:rsid w:val="00B47730"/>
    <w:rsid w:val="00C86F4B"/>
    <w:rsid w:val="00CB0664"/>
    <w:rsid w:val="00E6667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97E855"/>
  <w14:defaultImageDpi w14:val="300"/>
  <w15:docId w15:val="{091BCE36-99E9-4A4B-B0D9-F30F2FE48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Administrator</cp:lastModifiedBy>
  <cp:revision>3</cp:revision>
  <dcterms:created xsi:type="dcterms:W3CDTF">2013-12-23T23:15:00Z</dcterms:created>
  <dcterms:modified xsi:type="dcterms:W3CDTF">2025-07-15T06:37:00Z</dcterms:modified>
  <cp:category/>
</cp:coreProperties>
</file>